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007087"/>
          <w:sz w:val="20"/>
        </w:rPr>
        <w:t>SNLAB  |  RESEARCH SERVICES</w:t>
      </w:r>
    </w:p>
    <w:p>
      <w:pPr>
        <w:jc w:val="center"/>
      </w:pPr>
      <w:r>
        <w:rPr>
          <w:b/>
          <w:sz w:val="38"/>
        </w:rPr>
        <w:t>연구지원서비스 의뢰서</w:t>
      </w:r>
    </w:p>
    <w:p>
      <w:pPr>
        <w:jc w:val="center"/>
      </w:pPr>
      <w:r>
        <w:t>RESEARCH SERVICE REQUEST FORM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의뢰번호</w:t>
            </w:r>
          </w:p>
        </w:tc>
        <w:tc>
          <w:tcPr>
            <w:tcW w:type="dxa" w:w="2550"/>
          </w:tcPr>
          <w:p>
            <w:r>
              <w:t>(SNLAB 기재)</w:t>
            </w:r>
          </w:p>
        </w:tc>
        <w:tc>
          <w:tcPr>
            <w:tcW w:type="dxa" w:w="2550"/>
          </w:tcPr>
          <w:p>
            <w:r>
              <w:t>의뢰일자</w:t>
            </w:r>
          </w:p>
        </w:tc>
        <w:tc>
          <w:tcPr>
            <w:tcW w:type="dxa" w:w="2550"/>
          </w:tcPr>
          <w:p>
            <w:r>
              <w:t>20   년   월   일</w:t>
            </w:r>
          </w:p>
        </w:tc>
      </w:tr>
      <w:tr>
        <w:tc>
          <w:tcPr>
            <w:tcW w:type="dxa" w:w="2550"/>
          </w:tcPr>
          <w:p>
            <w:r>
              <w:t>의뢰기관</w:t>
            </w:r>
          </w:p>
        </w:tc>
        <w:tc>
          <w:tcPr>
            <w:tcW w:type="dxa" w:w="2550"/>
          </w:tcPr>
          <w:p>
            <w:r>
              <w:t>인하대학교 의과대학 / 소속 확인</w:t>
            </w:r>
          </w:p>
        </w:tc>
        <w:tc>
          <w:tcPr>
            <w:tcW w:type="dxa" w:w="2550"/>
          </w:tcPr>
          <w:p>
            <w:r>
              <w:t>연구책임자</w:t>
            </w:r>
          </w:p>
        </w:tc>
        <w:tc>
          <w:tcPr>
            <w:tcW w:type="dxa" w:w="2550"/>
          </w:tcPr>
          <w:p>
            <w:r>
              <w:t>전명신 교수</w:t>
            </w:r>
          </w:p>
        </w:tc>
      </w:tr>
      <w:tr>
        <w:tc>
          <w:tcPr>
            <w:tcW w:type="dxa" w:w="2550"/>
          </w:tcPr>
          <w:p>
            <w:r>
              <w:t>담당 연구자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>
              <w:t>연락처 / 이메일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연구과제명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>
              <w:t>견적번호</w:t>
            </w:r>
          </w:p>
        </w:tc>
        <w:tc>
          <w:tcPr>
            <w:tcW w:type="dxa" w:w="2550"/>
          </w:tcPr>
          <w:p>
            <w:r/>
          </w:p>
        </w:tc>
      </w:tr>
    </w:tbl>
    <w:p/>
    <w:p>
      <w:r>
        <w:rPr>
          <w:b/>
          <w:color w:val="007087"/>
          <w:sz w:val="22"/>
        </w:rPr>
        <w:t>01  검체 및 연구정보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동물종 / 검체종류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검체 식별번호 및 군 정보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검체 수량 / 보관·고정 상태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</w:tcPr>
          <w:p>
            <w:r>
              <w:t>특이사항 / 연구 목적</w:t>
            </w:r>
          </w:p>
        </w:tc>
        <w:tc>
          <w:tcPr>
            <w:tcW w:type="dxa" w:w="5100"/>
          </w:tcPr>
          <w:p>
            <w:r/>
          </w:p>
        </w:tc>
      </w:tr>
    </w:tbl>
    <w:p/>
    <w:p>
      <w:r>
        <w:rPr>
          <w:b/>
          <w:color w:val="007087"/>
          <w:sz w:val="22"/>
        </w:rPr>
        <w:t>02  의뢰 서비스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선택</w:t>
            </w:r>
          </w:p>
        </w:tc>
        <w:tc>
          <w:tcPr>
            <w:tcW w:type="dxa" w:w="2550"/>
          </w:tcPr>
          <w:p>
            <w:r>
              <w:t>검사·제작 항목</w:t>
            </w:r>
          </w:p>
        </w:tc>
        <w:tc>
          <w:tcPr>
            <w:tcW w:type="dxa" w:w="2550"/>
          </w:tcPr>
          <w:p>
            <w:r>
              <w:t>수량</w:t>
            </w:r>
          </w:p>
        </w:tc>
        <w:tc>
          <w:tcPr>
            <w:tcW w:type="dxa" w:w="2550"/>
          </w:tcPr>
          <w:p>
            <w:r>
              <w:t>비고</w:t>
            </w:r>
          </w:p>
        </w:tc>
      </w:tr>
      <w:tr>
        <w:tc>
          <w:tcPr>
            <w:tcW w:type="dxa" w:w="2550"/>
          </w:tcPr>
          <w:p>
            <w:r>
              <w:t>□</w:t>
            </w:r>
          </w:p>
        </w:tc>
        <w:tc>
          <w:tcPr>
            <w:tcW w:type="dxa" w:w="2550"/>
          </w:tcPr>
          <w:p>
            <w:r>
              <w:t>Paraffin Block 제작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□</w:t>
            </w:r>
          </w:p>
        </w:tc>
        <w:tc>
          <w:tcPr>
            <w:tcW w:type="dxa" w:w="2550"/>
          </w:tcPr>
          <w:p>
            <w:r>
              <w:t>절편 제작 / Unstained Slide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□</w:t>
            </w:r>
          </w:p>
        </w:tc>
        <w:tc>
          <w:tcPr>
            <w:tcW w:type="dxa" w:w="2550"/>
          </w:tcPr>
          <w:p>
            <w:r>
              <w:t>H&amp;E 염색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□</w:t>
            </w:r>
          </w:p>
        </w:tc>
        <w:tc>
          <w:tcPr>
            <w:tcW w:type="dxa" w:w="2550"/>
          </w:tcPr>
          <w:p>
            <w:r>
              <w:t>특수염색 (염색명 기재)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□</w:t>
            </w:r>
          </w:p>
        </w:tc>
        <w:tc>
          <w:tcPr>
            <w:tcW w:type="dxa" w:w="2550"/>
          </w:tcPr>
          <w:p>
            <w:r>
              <w:t>면역조직화학염색 IHC (항체명 기재)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□</w:t>
            </w:r>
          </w:p>
        </w:tc>
        <w:tc>
          <w:tcPr>
            <w:tcW w:type="dxa" w:w="2550"/>
          </w:tcPr>
          <w:p>
            <w:r>
              <w:t>탈회 / 기타 전처리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□</w:t>
            </w:r>
          </w:p>
        </w:tc>
        <w:tc>
          <w:tcPr>
            <w:tcW w:type="dxa" w:w="2550"/>
          </w:tcPr>
          <w:p>
            <w:r>
              <w:t>조직병리 판독 / 연구용 분석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</w:tcPr>
          <w:p>
            <w:r>
              <w:t>□</w:t>
            </w:r>
          </w:p>
        </w:tc>
        <w:tc>
          <w:tcPr>
            <w:tcW w:type="dxa" w:w="2550"/>
          </w:tcPr>
          <w:p>
            <w:r>
              <w:t>기타 (별도 기재)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</w:tcPr>
          <w:p>
            <w:r/>
          </w:p>
        </w:tc>
      </w:tr>
    </w:tbl>
    <w:p/>
    <w:p>
      <w:r>
        <w:rPr>
          <w:b/>
          <w:color w:val="007087"/>
          <w:sz w:val="22"/>
        </w:rPr>
        <w:t>03  검체 인계 및 결과물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검체 전달 방식</w:t>
            </w:r>
          </w:p>
        </w:tc>
        <w:tc>
          <w:tcPr>
            <w:tcW w:type="dxa" w:w="5100"/>
          </w:tcPr>
          <w:p>
            <w:r>
              <w:t>□ 방문 수거   □ 직접 전달   □ 택배/기타</w:t>
            </w:r>
          </w:p>
        </w:tc>
      </w:tr>
      <w:tr>
        <w:tc>
          <w:tcPr>
            <w:tcW w:type="dxa" w:w="5100"/>
          </w:tcPr>
          <w:p>
            <w:r>
              <w:t>희망 결과물</w:t>
            </w:r>
          </w:p>
        </w:tc>
        <w:tc>
          <w:tcPr>
            <w:tcW w:type="dxa" w:w="5100"/>
          </w:tcPr>
          <w:p>
            <w:r>
              <w:t>□ 슬라이드   □ 블록   □ 판독보고서   □ 이미지   □ 기타</w:t>
            </w:r>
          </w:p>
        </w:tc>
      </w:tr>
      <w:tr>
        <w:tc>
          <w:tcPr>
            <w:tcW w:type="dxa" w:w="5100"/>
          </w:tcPr>
          <w:p>
            <w:r>
              <w:t>희망 완료일</w:t>
            </w:r>
          </w:p>
        </w:tc>
        <w:tc>
          <w:tcPr>
            <w:tcW w:type="dxa" w:w="5100"/>
          </w:tcPr>
          <w:p>
            <w:r>
              <w:t>20   년   월   일 (일정은 협의 후 확정)</w:t>
            </w:r>
          </w:p>
        </w:tc>
      </w:tr>
      <w:tr>
        <w:tc>
          <w:tcPr>
            <w:tcW w:type="dxa" w:w="5100"/>
          </w:tcPr>
          <w:p>
            <w:r>
              <w:t>요청사항</w:t>
            </w:r>
          </w:p>
        </w:tc>
        <w:tc>
          <w:tcPr>
            <w:tcW w:type="dxa" w:w="5100"/>
          </w:tcPr>
          <w:p>
            <w:r/>
          </w:p>
        </w:tc>
      </w:tr>
    </w:tbl>
    <w:p/>
    <w:p>
      <w:r>
        <w:t>※ 본 서식은 연구용 검체에 대한 서비스 의뢰용이며, 사람 대상 임상 진단용이 아닙니다. 검체 식별정보 및 연구자료는 필요한 범위에서만 제공해 주십시오.</w:t>
      </w:r>
    </w:p>
    <w:p>
      <w:r>
        <w:t>의뢰자: __________________ (서명)                         접수 확인(SNLAB): __________________</w:t>
      </w:r>
    </w:p>
    <w:sectPr w:rsidR="00FC693F" w:rsidRPr="0006063C" w:rsidSect="00034616">
      <w:pgSz w:w="12240" w:h="15840"/>
      <w:pgMar w:top="964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color w:val="2330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